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D8BF9" w14:textId="0BD29073" w:rsidR="0099062A" w:rsidRPr="006553C8" w:rsidRDefault="0099062A" w:rsidP="0099062A">
      <w:pPr>
        <w:spacing w:after="480" w:line="360" w:lineRule="auto"/>
        <w:rPr>
          <w:bCs/>
          <w:sz w:val="24"/>
          <w:szCs w:val="24"/>
          <w:lang w:val="pl-PL"/>
        </w:rPr>
      </w:pPr>
      <w:r w:rsidRPr="006553C8">
        <w:rPr>
          <w:bCs/>
          <w:sz w:val="24"/>
          <w:szCs w:val="24"/>
          <w:lang w:val="pl-PL"/>
        </w:rPr>
        <w:t xml:space="preserve">Załącznik nr 3 do Zarządzenia nr </w:t>
      </w:r>
      <w:r w:rsidR="006553C8" w:rsidRPr="006553C8">
        <w:rPr>
          <w:bCs/>
          <w:sz w:val="24"/>
          <w:szCs w:val="24"/>
          <w:lang w:val="pl-PL"/>
        </w:rPr>
        <w:t>110</w:t>
      </w:r>
      <w:r w:rsidRPr="006553C8">
        <w:rPr>
          <w:bCs/>
          <w:sz w:val="24"/>
          <w:szCs w:val="24"/>
          <w:lang w:val="pl-PL"/>
        </w:rPr>
        <w:t>/2026 Rektora UMB z dnia 15.10.2026 r.</w:t>
      </w:r>
    </w:p>
    <w:p w14:paraId="38D82F08" w14:textId="2F2E6885" w:rsidR="00F64A71" w:rsidRPr="006553C8" w:rsidRDefault="00F64A71" w:rsidP="0099062A">
      <w:pPr>
        <w:pStyle w:val="Tytu"/>
        <w:spacing w:after="480" w:line="360" w:lineRule="auto"/>
      </w:pPr>
      <w:r w:rsidRPr="006553C8">
        <w:t>KARTA REALIZACJI MENTORINGU</w:t>
      </w:r>
    </w:p>
    <w:p w14:paraId="5C0AA735" w14:textId="2F87F41C" w:rsidR="00A32B8C" w:rsidRPr="006553C8" w:rsidRDefault="00000000" w:rsidP="0099062A">
      <w:pPr>
        <w:spacing w:after="0" w:line="360" w:lineRule="auto"/>
        <w:rPr>
          <w:sz w:val="24"/>
          <w:szCs w:val="24"/>
          <w:lang w:val="pl-PL"/>
        </w:rPr>
      </w:pPr>
      <w:r w:rsidRPr="006553C8">
        <w:rPr>
          <w:sz w:val="24"/>
          <w:szCs w:val="24"/>
          <w:lang w:val="pl-PL"/>
        </w:rPr>
        <w:t>Mentor</w:t>
      </w:r>
      <w:r w:rsidR="0099062A" w:rsidRPr="006553C8">
        <w:rPr>
          <w:sz w:val="24"/>
          <w:szCs w:val="24"/>
          <w:lang w:val="pl-PL"/>
        </w:rPr>
        <w:t xml:space="preserve"> (imię i nazwisko)</w:t>
      </w:r>
      <w:r w:rsidRPr="006553C8">
        <w:rPr>
          <w:sz w:val="24"/>
          <w:szCs w:val="24"/>
          <w:lang w:val="pl-PL"/>
        </w:rPr>
        <w:t xml:space="preserve">: </w:t>
      </w:r>
      <w:r w:rsidR="00F64A71" w:rsidRPr="006553C8">
        <w:rPr>
          <w:sz w:val="24"/>
          <w:szCs w:val="24"/>
          <w:lang w:val="pl-PL"/>
        </w:rPr>
        <w:t>____________________________________________________________</w:t>
      </w:r>
    </w:p>
    <w:p w14:paraId="1FBD9258" w14:textId="22869BCC" w:rsidR="00A32B8C" w:rsidRPr="006553C8" w:rsidRDefault="00000000" w:rsidP="0099062A">
      <w:pPr>
        <w:spacing w:after="480" w:line="360" w:lineRule="auto"/>
        <w:rPr>
          <w:sz w:val="24"/>
          <w:szCs w:val="24"/>
          <w:lang w:val="pl-PL"/>
        </w:rPr>
      </w:pPr>
      <w:r w:rsidRPr="006553C8">
        <w:rPr>
          <w:sz w:val="24"/>
          <w:szCs w:val="24"/>
          <w:lang w:val="pl-PL"/>
        </w:rPr>
        <w:t>Mentee</w:t>
      </w:r>
      <w:r w:rsidR="0099062A" w:rsidRPr="006553C8">
        <w:rPr>
          <w:sz w:val="24"/>
          <w:szCs w:val="24"/>
          <w:lang w:val="pl-PL"/>
        </w:rPr>
        <w:t xml:space="preserve"> (imię i nazwisko)</w:t>
      </w:r>
      <w:r w:rsidRPr="006553C8">
        <w:rPr>
          <w:sz w:val="24"/>
          <w:szCs w:val="24"/>
          <w:lang w:val="pl-PL"/>
        </w:rPr>
        <w:t xml:space="preserve">: </w:t>
      </w:r>
      <w:r w:rsidR="00F64A71" w:rsidRPr="006553C8">
        <w:rPr>
          <w:sz w:val="24"/>
          <w:szCs w:val="24"/>
          <w:lang w:val="pl-PL"/>
        </w:rPr>
        <w:t>______________________________________________________________</w:t>
      </w:r>
    </w:p>
    <w:p w14:paraId="46A3F7A2" w14:textId="334FD36F" w:rsidR="00A32B8C" w:rsidRPr="006553C8" w:rsidRDefault="00F64A71" w:rsidP="00F816E9">
      <w:pPr>
        <w:pStyle w:val="Nagwek1"/>
      </w:pPr>
      <w:r w:rsidRPr="006553C8">
        <w:t>SPOTKANIA</w:t>
      </w:r>
    </w:p>
    <w:p w14:paraId="27D317C0" w14:textId="77777777" w:rsidR="005C1DC4" w:rsidRPr="006553C8" w:rsidRDefault="005C1DC4" w:rsidP="00F816E9">
      <w:pPr>
        <w:spacing w:after="0" w:line="360" w:lineRule="auto"/>
        <w:rPr>
          <w:sz w:val="24"/>
          <w:szCs w:val="24"/>
          <w:lang w:val="pl-PL"/>
        </w:rPr>
      </w:pPr>
      <w:r w:rsidRPr="006553C8">
        <w:rPr>
          <w:sz w:val="24"/>
          <w:szCs w:val="24"/>
          <w:lang w:val="pl-PL"/>
        </w:rPr>
        <w:t xml:space="preserve">Warunkiem ukończenia Programu jest odbycie co najmniej 3 spotkań mentoringowych. </w:t>
      </w:r>
    </w:p>
    <w:p w14:paraId="6A16213C" w14:textId="77777777" w:rsidR="005C1DC4" w:rsidRPr="006553C8" w:rsidRDefault="005C1DC4" w:rsidP="00F816E9">
      <w:pPr>
        <w:spacing w:after="0" w:line="360" w:lineRule="auto"/>
        <w:rPr>
          <w:sz w:val="24"/>
          <w:szCs w:val="24"/>
          <w:lang w:val="pl-PL"/>
        </w:rPr>
      </w:pPr>
      <w:r w:rsidRPr="006553C8">
        <w:rPr>
          <w:sz w:val="24"/>
          <w:szCs w:val="24"/>
          <w:lang w:val="pl-PL"/>
        </w:rPr>
        <w:t xml:space="preserve">W tabeli należy wpisać daty wszystkich odbytych spotkań. </w:t>
      </w:r>
    </w:p>
    <w:p w14:paraId="14FF527F" w14:textId="6842E9F4" w:rsidR="005C1DC4" w:rsidRPr="006553C8" w:rsidRDefault="005C1DC4" w:rsidP="0099062A">
      <w:pPr>
        <w:spacing w:after="480" w:line="360" w:lineRule="auto"/>
        <w:rPr>
          <w:sz w:val="24"/>
          <w:szCs w:val="24"/>
          <w:lang w:val="pl-PL"/>
        </w:rPr>
      </w:pPr>
      <w:r w:rsidRPr="006553C8">
        <w:rPr>
          <w:sz w:val="24"/>
          <w:szCs w:val="24"/>
          <w:lang w:val="pl-PL"/>
        </w:rPr>
        <w:t>W razie potrzeby można dodawać kolejne wiersze.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27"/>
        <w:gridCol w:w="4801"/>
      </w:tblGrid>
      <w:tr w:rsidR="00A32B8C" w:rsidRPr="006553C8" w14:paraId="16628A68" w14:textId="77777777" w:rsidTr="00F816E9">
        <w:trPr>
          <w:tblHeader/>
          <w:jc w:val="center"/>
        </w:trPr>
        <w:tc>
          <w:tcPr>
            <w:tcW w:w="4986" w:type="dxa"/>
          </w:tcPr>
          <w:p w14:paraId="1B5FEE80" w14:textId="1246AE97" w:rsidR="00A32B8C" w:rsidRPr="006553C8" w:rsidRDefault="005C1DC4" w:rsidP="00F816E9">
            <w:pPr>
              <w:spacing w:line="360" w:lineRule="auto"/>
              <w:rPr>
                <w:sz w:val="24"/>
                <w:szCs w:val="24"/>
                <w:lang w:val="pl-PL"/>
              </w:rPr>
            </w:pPr>
            <w:r w:rsidRPr="006553C8">
              <w:rPr>
                <w:sz w:val="24"/>
                <w:szCs w:val="24"/>
                <w:lang w:val="pl-PL"/>
              </w:rPr>
              <w:t>Temat spotkania</w:t>
            </w:r>
            <w:r w:rsidR="00F816E9" w:rsidRPr="006553C8">
              <w:rPr>
                <w:sz w:val="24"/>
                <w:szCs w:val="24"/>
                <w:lang w:val="pl-PL"/>
              </w:rPr>
              <w:t>:</w:t>
            </w:r>
          </w:p>
        </w:tc>
        <w:tc>
          <w:tcPr>
            <w:tcW w:w="4986" w:type="dxa"/>
          </w:tcPr>
          <w:p w14:paraId="4A4D6683" w14:textId="77777777" w:rsidR="00A32B8C" w:rsidRPr="006553C8" w:rsidRDefault="00000000" w:rsidP="00F816E9">
            <w:pPr>
              <w:spacing w:line="360" w:lineRule="auto"/>
              <w:rPr>
                <w:sz w:val="24"/>
                <w:szCs w:val="24"/>
                <w:lang w:val="pl-PL"/>
              </w:rPr>
            </w:pPr>
            <w:r w:rsidRPr="006553C8">
              <w:rPr>
                <w:sz w:val="24"/>
                <w:szCs w:val="24"/>
                <w:lang w:val="pl-PL"/>
              </w:rPr>
              <w:t>Data</w:t>
            </w:r>
          </w:p>
        </w:tc>
      </w:tr>
      <w:tr w:rsidR="00A32B8C" w:rsidRPr="006553C8" w14:paraId="5A01ED62" w14:textId="77777777">
        <w:trPr>
          <w:jc w:val="center"/>
        </w:trPr>
        <w:tc>
          <w:tcPr>
            <w:tcW w:w="4986" w:type="dxa"/>
          </w:tcPr>
          <w:p w14:paraId="5D6470F3" w14:textId="77777777" w:rsidR="00A32B8C" w:rsidRPr="006553C8" w:rsidRDefault="00000000" w:rsidP="00F816E9">
            <w:pPr>
              <w:spacing w:line="360" w:lineRule="auto"/>
              <w:rPr>
                <w:sz w:val="24"/>
                <w:szCs w:val="24"/>
                <w:lang w:val="pl-PL"/>
              </w:rPr>
            </w:pPr>
            <w:r w:rsidRPr="006553C8">
              <w:rPr>
                <w:sz w:val="24"/>
                <w:szCs w:val="24"/>
                <w:lang w:val="pl-PL"/>
              </w:rPr>
              <w:t>1</w:t>
            </w:r>
          </w:p>
        </w:tc>
        <w:tc>
          <w:tcPr>
            <w:tcW w:w="4986" w:type="dxa"/>
          </w:tcPr>
          <w:p w14:paraId="714E0AD1" w14:textId="77777777" w:rsidR="00A32B8C" w:rsidRPr="006553C8" w:rsidRDefault="00A32B8C" w:rsidP="00F816E9">
            <w:pPr>
              <w:spacing w:line="360" w:lineRule="auto"/>
              <w:rPr>
                <w:sz w:val="24"/>
                <w:szCs w:val="24"/>
                <w:lang w:val="pl-PL"/>
              </w:rPr>
            </w:pPr>
          </w:p>
        </w:tc>
      </w:tr>
      <w:tr w:rsidR="00A32B8C" w:rsidRPr="006553C8" w14:paraId="2795FFE3" w14:textId="77777777">
        <w:trPr>
          <w:jc w:val="center"/>
        </w:trPr>
        <w:tc>
          <w:tcPr>
            <w:tcW w:w="4986" w:type="dxa"/>
          </w:tcPr>
          <w:p w14:paraId="16FCB361" w14:textId="77777777" w:rsidR="00A32B8C" w:rsidRPr="006553C8" w:rsidRDefault="00000000" w:rsidP="00F816E9">
            <w:pPr>
              <w:spacing w:line="360" w:lineRule="auto"/>
              <w:rPr>
                <w:sz w:val="24"/>
                <w:szCs w:val="24"/>
                <w:lang w:val="pl-PL"/>
              </w:rPr>
            </w:pPr>
            <w:r w:rsidRPr="006553C8">
              <w:rPr>
                <w:sz w:val="24"/>
                <w:szCs w:val="24"/>
                <w:lang w:val="pl-PL"/>
              </w:rPr>
              <w:t>2</w:t>
            </w:r>
          </w:p>
        </w:tc>
        <w:tc>
          <w:tcPr>
            <w:tcW w:w="4986" w:type="dxa"/>
          </w:tcPr>
          <w:p w14:paraId="777A3D7E" w14:textId="77777777" w:rsidR="00A32B8C" w:rsidRPr="006553C8" w:rsidRDefault="00A32B8C" w:rsidP="00F816E9">
            <w:pPr>
              <w:spacing w:line="360" w:lineRule="auto"/>
              <w:rPr>
                <w:sz w:val="24"/>
                <w:szCs w:val="24"/>
                <w:lang w:val="pl-PL"/>
              </w:rPr>
            </w:pPr>
          </w:p>
        </w:tc>
      </w:tr>
      <w:tr w:rsidR="00A32B8C" w:rsidRPr="006553C8" w14:paraId="1EE4CE5E" w14:textId="77777777">
        <w:trPr>
          <w:jc w:val="center"/>
        </w:trPr>
        <w:tc>
          <w:tcPr>
            <w:tcW w:w="4986" w:type="dxa"/>
          </w:tcPr>
          <w:p w14:paraId="40867DB5" w14:textId="77777777" w:rsidR="00A32B8C" w:rsidRPr="006553C8" w:rsidRDefault="00000000" w:rsidP="00F816E9">
            <w:pPr>
              <w:spacing w:line="360" w:lineRule="auto"/>
              <w:rPr>
                <w:sz w:val="24"/>
                <w:szCs w:val="24"/>
                <w:lang w:val="pl-PL"/>
              </w:rPr>
            </w:pPr>
            <w:r w:rsidRPr="006553C8">
              <w:rPr>
                <w:sz w:val="24"/>
                <w:szCs w:val="24"/>
                <w:lang w:val="pl-PL"/>
              </w:rPr>
              <w:t>3</w:t>
            </w:r>
          </w:p>
        </w:tc>
        <w:tc>
          <w:tcPr>
            <w:tcW w:w="4986" w:type="dxa"/>
          </w:tcPr>
          <w:p w14:paraId="02916538" w14:textId="77777777" w:rsidR="00A32B8C" w:rsidRPr="006553C8" w:rsidRDefault="00A32B8C" w:rsidP="00F816E9">
            <w:pPr>
              <w:spacing w:line="360" w:lineRule="auto"/>
              <w:rPr>
                <w:sz w:val="24"/>
                <w:szCs w:val="24"/>
                <w:lang w:val="pl-PL"/>
              </w:rPr>
            </w:pPr>
          </w:p>
        </w:tc>
      </w:tr>
      <w:tr w:rsidR="00A32B8C" w:rsidRPr="006553C8" w14:paraId="0220DF02" w14:textId="77777777">
        <w:trPr>
          <w:jc w:val="center"/>
        </w:trPr>
        <w:tc>
          <w:tcPr>
            <w:tcW w:w="4986" w:type="dxa"/>
          </w:tcPr>
          <w:p w14:paraId="4ACDA865" w14:textId="77777777" w:rsidR="00A32B8C" w:rsidRPr="006553C8" w:rsidRDefault="00000000" w:rsidP="00F816E9">
            <w:pPr>
              <w:spacing w:line="360" w:lineRule="auto"/>
              <w:rPr>
                <w:sz w:val="24"/>
                <w:szCs w:val="24"/>
                <w:lang w:val="pl-PL"/>
              </w:rPr>
            </w:pPr>
            <w:r w:rsidRPr="006553C8">
              <w:rPr>
                <w:sz w:val="24"/>
                <w:szCs w:val="24"/>
                <w:lang w:val="pl-PL"/>
              </w:rPr>
              <w:t>4</w:t>
            </w:r>
          </w:p>
        </w:tc>
        <w:tc>
          <w:tcPr>
            <w:tcW w:w="4986" w:type="dxa"/>
          </w:tcPr>
          <w:p w14:paraId="4EC1F6AB" w14:textId="77777777" w:rsidR="00A32B8C" w:rsidRPr="006553C8" w:rsidRDefault="00A32B8C" w:rsidP="00F816E9">
            <w:pPr>
              <w:spacing w:line="360" w:lineRule="auto"/>
              <w:rPr>
                <w:sz w:val="24"/>
                <w:szCs w:val="24"/>
                <w:lang w:val="pl-PL"/>
              </w:rPr>
            </w:pPr>
          </w:p>
        </w:tc>
      </w:tr>
      <w:tr w:rsidR="00A32B8C" w:rsidRPr="006553C8" w14:paraId="47512D78" w14:textId="77777777">
        <w:trPr>
          <w:jc w:val="center"/>
        </w:trPr>
        <w:tc>
          <w:tcPr>
            <w:tcW w:w="4986" w:type="dxa"/>
          </w:tcPr>
          <w:p w14:paraId="4217FDE2" w14:textId="77777777" w:rsidR="00A32B8C" w:rsidRPr="006553C8" w:rsidRDefault="00000000" w:rsidP="00F816E9">
            <w:pPr>
              <w:spacing w:line="360" w:lineRule="auto"/>
              <w:rPr>
                <w:sz w:val="24"/>
                <w:szCs w:val="24"/>
                <w:lang w:val="pl-PL"/>
              </w:rPr>
            </w:pPr>
            <w:r w:rsidRPr="006553C8">
              <w:rPr>
                <w:sz w:val="24"/>
                <w:szCs w:val="24"/>
                <w:lang w:val="pl-PL"/>
              </w:rPr>
              <w:t>5</w:t>
            </w:r>
          </w:p>
        </w:tc>
        <w:tc>
          <w:tcPr>
            <w:tcW w:w="4986" w:type="dxa"/>
          </w:tcPr>
          <w:p w14:paraId="2D739CC0" w14:textId="77777777" w:rsidR="00A32B8C" w:rsidRPr="006553C8" w:rsidRDefault="00A32B8C" w:rsidP="00F816E9">
            <w:pPr>
              <w:spacing w:line="360" w:lineRule="auto"/>
              <w:rPr>
                <w:sz w:val="24"/>
                <w:szCs w:val="24"/>
                <w:lang w:val="pl-PL"/>
              </w:rPr>
            </w:pPr>
          </w:p>
        </w:tc>
      </w:tr>
    </w:tbl>
    <w:p w14:paraId="078E1964" w14:textId="77777777" w:rsidR="00A32B8C" w:rsidRPr="006553C8" w:rsidRDefault="00000000" w:rsidP="00F816E9">
      <w:pPr>
        <w:spacing w:before="240" w:after="480" w:line="360" w:lineRule="auto"/>
        <w:rPr>
          <w:sz w:val="24"/>
          <w:szCs w:val="24"/>
          <w:lang w:val="pl-PL"/>
        </w:rPr>
      </w:pPr>
      <w:r w:rsidRPr="006553C8">
        <w:rPr>
          <w:sz w:val="24"/>
          <w:szCs w:val="24"/>
          <w:lang w:val="pl-PL"/>
        </w:rPr>
        <w:t>Potwierdzamy, że odbyły się co najmniej 3 spotkania mentoringowe w ramach II edycji Programu UMB KOMPAS.</w:t>
      </w:r>
    </w:p>
    <w:p w14:paraId="3392A89A" w14:textId="77777777" w:rsidR="005A3F30" w:rsidRPr="006553C8" w:rsidRDefault="00F816E9" w:rsidP="0099062A">
      <w:pPr>
        <w:spacing w:after="480" w:line="360" w:lineRule="auto"/>
        <w:rPr>
          <w:sz w:val="24"/>
          <w:szCs w:val="24"/>
          <w:lang w:val="pl-PL"/>
        </w:rPr>
      </w:pPr>
      <w:r w:rsidRPr="006553C8">
        <w:rPr>
          <w:sz w:val="24"/>
          <w:szCs w:val="24"/>
          <w:lang w:val="pl-PL"/>
        </w:rPr>
        <w:t>Podpis Mentor</w:t>
      </w:r>
      <w:r w:rsidR="005A3F30" w:rsidRPr="006553C8">
        <w:rPr>
          <w:sz w:val="24"/>
          <w:szCs w:val="24"/>
          <w:lang w:val="pl-PL"/>
        </w:rPr>
        <w:t>a</w:t>
      </w:r>
      <w:r w:rsidR="00F64A71" w:rsidRPr="006553C8">
        <w:rPr>
          <w:sz w:val="24"/>
          <w:szCs w:val="24"/>
          <w:lang w:val="pl-PL"/>
        </w:rPr>
        <w:t>: ________________________________</w:t>
      </w:r>
    </w:p>
    <w:p w14:paraId="7170BC09" w14:textId="1C5AF1E4" w:rsidR="00A32B8C" w:rsidRPr="006553C8" w:rsidRDefault="005A3F30" w:rsidP="0099062A">
      <w:pPr>
        <w:spacing w:after="480" w:line="360" w:lineRule="auto"/>
        <w:rPr>
          <w:sz w:val="24"/>
          <w:szCs w:val="24"/>
          <w:lang w:val="pl-PL"/>
        </w:rPr>
      </w:pPr>
      <w:r w:rsidRPr="006553C8">
        <w:rPr>
          <w:sz w:val="24"/>
          <w:szCs w:val="24"/>
          <w:lang w:val="pl-PL"/>
        </w:rPr>
        <w:t>Podpis</w:t>
      </w:r>
      <w:r w:rsidR="00F64A71" w:rsidRPr="006553C8">
        <w:rPr>
          <w:sz w:val="24"/>
          <w:szCs w:val="24"/>
          <w:lang w:val="pl-PL"/>
        </w:rPr>
        <w:t xml:space="preserve"> </w:t>
      </w:r>
      <w:r w:rsidRPr="006553C8">
        <w:rPr>
          <w:sz w:val="24"/>
          <w:szCs w:val="24"/>
          <w:lang w:val="pl-PL"/>
        </w:rPr>
        <w:t>Mentee</w:t>
      </w:r>
      <w:r w:rsidR="00F64A71" w:rsidRPr="006553C8">
        <w:rPr>
          <w:sz w:val="24"/>
          <w:szCs w:val="24"/>
          <w:lang w:val="pl-PL"/>
        </w:rPr>
        <w:t xml:space="preserve">: ___________________________________      </w:t>
      </w:r>
    </w:p>
    <w:sectPr w:rsidR="00A32B8C" w:rsidRPr="006553C8" w:rsidSect="00CC7706">
      <w:pgSz w:w="11906" w:h="16838" w:code="9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0147612">
    <w:abstractNumId w:val="8"/>
  </w:num>
  <w:num w:numId="2" w16cid:durableId="859582362">
    <w:abstractNumId w:val="6"/>
  </w:num>
  <w:num w:numId="3" w16cid:durableId="1774013780">
    <w:abstractNumId w:val="5"/>
  </w:num>
  <w:num w:numId="4" w16cid:durableId="1657763275">
    <w:abstractNumId w:val="4"/>
  </w:num>
  <w:num w:numId="5" w16cid:durableId="1061101601">
    <w:abstractNumId w:val="7"/>
  </w:num>
  <w:num w:numId="6" w16cid:durableId="1810976992">
    <w:abstractNumId w:val="3"/>
  </w:num>
  <w:num w:numId="7" w16cid:durableId="528833236">
    <w:abstractNumId w:val="2"/>
  </w:num>
  <w:num w:numId="8" w16cid:durableId="1697852983">
    <w:abstractNumId w:val="1"/>
  </w:num>
  <w:num w:numId="9" w16cid:durableId="1610821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71AA"/>
    <w:rsid w:val="0015074B"/>
    <w:rsid w:val="00177CA3"/>
    <w:rsid w:val="0023209F"/>
    <w:rsid w:val="0029639D"/>
    <w:rsid w:val="00326F90"/>
    <w:rsid w:val="00492CD5"/>
    <w:rsid w:val="005A3F30"/>
    <w:rsid w:val="005C1DC4"/>
    <w:rsid w:val="006553C8"/>
    <w:rsid w:val="007129DF"/>
    <w:rsid w:val="00976F8F"/>
    <w:rsid w:val="009861CA"/>
    <w:rsid w:val="0099062A"/>
    <w:rsid w:val="00A32B8C"/>
    <w:rsid w:val="00AA1D8D"/>
    <w:rsid w:val="00B47730"/>
    <w:rsid w:val="00BE77A0"/>
    <w:rsid w:val="00BF0FF4"/>
    <w:rsid w:val="00CB0664"/>
    <w:rsid w:val="00CC7706"/>
    <w:rsid w:val="00D1788D"/>
    <w:rsid w:val="00E373E5"/>
    <w:rsid w:val="00F14F3C"/>
    <w:rsid w:val="00F64A71"/>
    <w:rsid w:val="00F816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8BCAB"/>
  <w14:defaultImageDpi w14:val="300"/>
  <w15:docId w15:val="{C644DA68-9FA2-451F-8814-4C03A9B6F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16E9"/>
    <w:pPr>
      <w:keepNext/>
      <w:keepLines/>
      <w:spacing w:after="0" w:line="360" w:lineRule="auto"/>
      <w:outlineLvl w:val="0"/>
    </w:pPr>
    <w:rPr>
      <w:rFonts w:eastAsiaTheme="majorEastAsia" w:cstheme="majorBidi"/>
      <w:b/>
      <w:bCs/>
      <w:sz w:val="24"/>
      <w:szCs w:val="24"/>
      <w:lang w:val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816E9"/>
    <w:rPr>
      <w:rFonts w:ascii="Aptos" w:eastAsiaTheme="majorEastAsia" w:hAnsi="Aptos" w:cstheme="majorBidi"/>
      <w:b/>
      <w:bCs/>
      <w:sz w:val="24"/>
      <w:szCs w:val="24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99062A"/>
    <w:pPr>
      <w:spacing w:after="120" w:line="240" w:lineRule="auto"/>
    </w:pPr>
    <w:rPr>
      <w:b/>
      <w:sz w:val="28"/>
      <w:szCs w:val="28"/>
      <w:lang w:val="pl-PL"/>
    </w:rPr>
  </w:style>
  <w:style w:type="character" w:customStyle="1" w:styleId="TytuZnak">
    <w:name w:val="Tytuł Znak"/>
    <w:basedOn w:val="Domylnaczcionkaakapitu"/>
    <w:link w:val="Tytu"/>
    <w:uiPriority w:val="10"/>
    <w:rsid w:val="0099062A"/>
    <w:rPr>
      <w:rFonts w:ascii="Aptos" w:hAnsi="Aptos"/>
      <w:b/>
      <w:sz w:val="28"/>
      <w:szCs w:val="28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D92FC10214254D85FD3C3913DF7204" ma:contentTypeVersion="13" ma:contentTypeDescription="Utwórz nowy dokument." ma:contentTypeScope="" ma:versionID="0d106e9da62245b137f6968e43537cdb">
  <xsd:schema xmlns:xsd="http://www.w3.org/2001/XMLSchema" xmlns:xs="http://www.w3.org/2001/XMLSchema" xmlns:p="http://schemas.microsoft.com/office/2006/metadata/properties" xmlns:ns2="cfb7fa7a-1fcd-4934-9ea4-ac42dbdd0c04" xmlns:ns3="bd6e993f-200e-4b01-a382-b4cea17e4270" targetNamespace="http://schemas.microsoft.com/office/2006/metadata/properties" ma:root="true" ma:fieldsID="45822b49f73137e59cb2df7776b5e9ef" ns2:_="" ns3:_="">
    <xsd:import namespace="cfb7fa7a-1fcd-4934-9ea4-ac42dbdd0c04"/>
    <xsd:import namespace="bd6e993f-200e-4b01-a382-b4cea17e4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7fa7a-1fcd-4934-9ea4-ac42dbdd0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3ebead0-85a9-4766-a0d1-94b880cacf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e993f-200e-4b01-a382-b4cea17e42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9f9e9c-ed4e-44cb-82f0-91eb8e0ea07b}" ma:internalName="TaxCatchAll" ma:showField="CatchAllData" ma:web="bd6e993f-200e-4b01-a382-b4cea17e4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b7fa7a-1fcd-4934-9ea4-ac42dbdd0c04">
      <Terms xmlns="http://schemas.microsoft.com/office/infopath/2007/PartnerControls"/>
    </lcf76f155ced4ddcb4097134ff3c332f>
    <TaxCatchAll xmlns="bd6e993f-200e-4b01-a382-b4cea17e427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279E77-3910-4417-AFE7-340932D0C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b7fa7a-1fcd-4934-9ea4-ac42dbdd0c04"/>
    <ds:schemaRef ds:uri="bd6e993f-200e-4b01-a382-b4cea17e4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9A7E9D-E47B-4B00-A883-61633B72B3E8}">
  <ds:schemaRefs>
    <ds:schemaRef ds:uri="http://schemas.microsoft.com/office/2006/metadata/properties"/>
    <ds:schemaRef ds:uri="http://schemas.microsoft.com/office/infopath/2007/PartnerControls"/>
    <ds:schemaRef ds:uri="cfb7fa7a-1fcd-4934-9ea4-ac42dbdd0c04"/>
    <ds:schemaRef ds:uri="bd6e993f-200e-4b01-a382-b4cea17e4270"/>
  </ds:schemaRefs>
</ds:datastoreItem>
</file>

<file path=customXml/itemProps4.xml><?xml version="1.0" encoding="utf-8"?>
<ds:datastoreItem xmlns:ds="http://schemas.openxmlformats.org/officeDocument/2006/customXml" ds:itemID="{8C57B7F2-37D8-4B47-8554-4E9DC4F7BB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.2026 zał. 3 Karta realizacji mentoringu</vt:lpstr>
      <vt:lpstr/>
    </vt:vector>
  </TitlesOfParts>
  <Manager/>
  <Company/>
  <LinksUpToDate>false</LinksUpToDate>
  <CharactersWithSpaces>730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110.2026 zał. 3 Karta realizacji mentoringu</dc:title>
  <dc:subject/>
  <dc:creator>Gabriela Radulska</dc:creator>
  <cp:keywords/>
  <dc:description>generated by python-docx</dc:description>
  <cp:lastModifiedBy>Gabriela Radulska</cp:lastModifiedBy>
  <cp:revision>2</cp:revision>
  <cp:lastPrinted>2026-09-30T12:27:00Z</cp:lastPrinted>
  <dcterms:created xsi:type="dcterms:W3CDTF">2026-10-26T14:16:00Z</dcterms:created>
  <dcterms:modified xsi:type="dcterms:W3CDTF">2026-10-26T14:16:00Z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0x01010052D92FC10214254D85FD3C3913DF7204</vt:lpwstr>
  </property>
  <property fmtid="{D5CDD505-2E9C-101B-9397-08002B2CF9AE}" pid="3" name="MediaServiceImageTags">
    <vt:lpwstr/>
  </property>
</Properties>
</file>